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457171B" w14:textId="1D0EC722" w:rsidR="00305E18" w:rsidRPr="00DC7111" w:rsidRDefault="00C76B0E">
      <w:pPr>
        <w:jc w:val="center"/>
        <w:rPr>
          <w:rFonts w:ascii="Meiryo UI" w:eastAsia="Meiryo UI" w:hAnsi="Meiryo UI"/>
          <w:lang w:eastAsia="ja-JP"/>
        </w:rPr>
      </w:pPr>
      <w:r w:rsidRPr="00DC7111">
        <w:rPr>
          <w:rFonts w:ascii="Meiryo UI" w:eastAsia="Meiryo UI" w:hAnsi="Meiryo UI"/>
          <w:b/>
          <w:sz w:val="34"/>
          <w:lang w:eastAsia="ja-JP"/>
        </w:rPr>
        <w:t xml:space="preserve">都島区魅力フォトコンテスト2026　</w:t>
      </w:r>
      <w:r w:rsidR="00980D0C" w:rsidRPr="00DC7111">
        <w:rPr>
          <w:rFonts w:ascii="Meiryo UI" w:eastAsia="Meiryo UI" w:hAnsi="Meiryo UI" w:hint="eastAsia"/>
          <w:b/>
          <w:sz w:val="34"/>
          <w:lang w:eastAsia="ja-JP"/>
        </w:rPr>
        <w:t>プリント</w:t>
      </w:r>
      <w:r w:rsidRPr="00DC7111">
        <w:rPr>
          <w:rFonts w:ascii="Meiryo UI" w:eastAsia="Meiryo UI" w:hAnsi="Meiryo UI"/>
          <w:b/>
          <w:sz w:val="34"/>
          <w:lang w:eastAsia="ja-JP"/>
        </w:rPr>
        <w:t>応募用紙</w:t>
      </w:r>
    </w:p>
    <w:p w14:paraId="06763819" w14:textId="77777777" w:rsidR="00BB05B2" w:rsidRPr="00DC7111" w:rsidRDefault="00C76B0E">
      <w:pPr>
        <w:spacing w:after="40"/>
        <w:jc w:val="center"/>
        <w:rPr>
          <w:rFonts w:ascii="Meiryo UI" w:eastAsia="Meiryo UI" w:hAnsi="Meiryo UI"/>
          <w:b/>
          <w:lang w:eastAsia="ja-JP"/>
        </w:rPr>
      </w:pPr>
      <w:r w:rsidRPr="00DC7111">
        <w:rPr>
          <w:rFonts w:ascii="Meiryo UI" w:eastAsia="Meiryo UI" w:hAnsi="Meiryo UI"/>
          <w:b/>
          <w:lang w:eastAsia="ja-JP"/>
        </w:rPr>
        <w:t>※</w:t>
      </w:r>
      <w:r w:rsidR="00BB05B2" w:rsidRPr="00DC7111">
        <w:rPr>
          <w:rFonts w:ascii="Meiryo UI" w:eastAsia="Meiryo UI" w:hAnsi="Meiryo UI" w:hint="eastAsia"/>
          <w:b/>
          <w:lang w:eastAsia="ja-JP"/>
        </w:rPr>
        <w:t>都島区魅力フォトコンテスト2026</w:t>
      </w:r>
      <w:r w:rsidRPr="00DC7111">
        <w:rPr>
          <w:rFonts w:ascii="Meiryo UI" w:eastAsia="Meiryo UI" w:hAnsi="Meiryo UI"/>
          <w:b/>
          <w:lang w:eastAsia="ja-JP"/>
        </w:rPr>
        <w:t>募集要項に基づき、</w:t>
      </w:r>
    </w:p>
    <w:p w14:paraId="4C1E50E8" w14:textId="2856ADAE" w:rsidR="00305E18" w:rsidRPr="00DC7111" w:rsidRDefault="0084759C">
      <w:pPr>
        <w:spacing w:after="40"/>
        <w:jc w:val="center"/>
        <w:rPr>
          <w:rFonts w:ascii="Meiryo UI" w:eastAsia="Meiryo UI" w:hAnsi="Meiryo UI"/>
          <w:lang w:eastAsia="ja-JP"/>
        </w:rPr>
      </w:pPr>
      <w:r>
        <w:rPr>
          <w:rFonts w:ascii="Meiryo UI" w:eastAsia="Meiryo UI" w:hAnsi="Meiryo UI" w:hint="eastAsia"/>
          <w:b/>
          <w:lang w:eastAsia="ja-JP"/>
        </w:rPr>
        <w:t>プリント</w:t>
      </w:r>
      <w:r w:rsidR="00C76B0E" w:rsidRPr="00DC7111">
        <w:rPr>
          <w:rFonts w:ascii="Meiryo UI" w:eastAsia="Meiryo UI" w:hAnsi="Meiryo UI"/>
          <w:b/>
          <w:lang w:eastAsia="ja-JP"/>
        </w:rPr>
        <w:t>応募作品1点ごとに応募用紙を</w:t>
      </w:r>
      <w:r w:rsidR="00BB05B2" w:rsidRPr="00DC7111">
        <w:rPr>
          <w:rFonts w:ascii="Meiryo UI" w:eastAsia="Meiryo UI" w:hAnsi="Meiryo UI" w:hint="eastAsia"/>
          <w:b/>
          <w:lang w:eastAsia="ja-JP"/>
        </w:rPr>
        <w:t>同封</w:t>
      </w:r>
      <w:r w:rsidR="00C76B0E" w:rsidRPr="00DC7111">
        <w:rPr>
          <w:rFonts w:ascii="Meiryo UI" w:eastAsia="Meiryo UI" w:hAnsi="Meiryo UI"/>
          <w:b/>
          <w:lang w:eastAsia="ja-JP"/>
        </w:rPr>
        <w:t>し</w:t>
      </w:r>
      <w:r w:rsidR="00BB05B2" w:rsidRPr="00DC7111">
        <w:rPr>
          <w:rFonts w:ascii="Meiryo UI" w:eastAsia="Meiryo UI" w:hAnsi="Meiryo UI" w:hint="eastAsia"/>
          <w:b/>
          <w:lang w:eastAsia="ja-JP"/>
        </w:rPr>
        <w:t>て作品送付先へ送付</w:t>
      </w:r>
      <w:r w:rsidR="00C76B0E" w:rsidRPr="00DC7111">
        <w:rPr>
          <w:rFonts w:ascii="Meiryo UI" w:eastAsia="Meiryo UI" w:hAnsi="Meiryo UI"/>
          <w:b/>
          <w:lang w:eastAsia="ja-JP"/>
        </w:rPr>
        <w:t>または持参してください。</w:t>
      </w:r>
    </w:p>
    <w:p w14:paraId="4212B5EA" w14:textId="337BD5AF" w:rsidR="00305E18" w:rsidRPr="00DC7111" w:rsidRDefault="00BB05B2">
      <w:pPr>
        <w:spacing w:after="120"/>
        <w:jc w:val="center"/>
        <w:rPr>
          <w:rFonts w:ascii="Meiryo UI" w:eastAsia="Meiryo UI" w:hAnsi="Meiryo UI"/>
          <w:lang w:eastAsia="ja-JP"/>
        </w:rPr>
      </w:pPr>
      <w:r w:rsidRPr="00DC7111">
        <w:rPr>
          <w:rFonts w:ascii="Meiryo UI" w:eastAsia="Meiryo UI" w:hAnsi="Meiryo UI" w:hint="eastAsia"/>
          <w:b/>
          <w:lang w:eastAsia="ja-JP"/>
        </w:rPr>
        <w:t>また、</w:t>
      </w:r>
      <w:r w:rsidRPr="00DC7111">
        <w:rPr>
          <w:rFonts w:ascii="Meiryo UI" w:eastAsia="Meiryo UI" w:hAnsi="Meiryo UI"/>
          <w:b/>
          <w:lang w:eastAsia="ja-JP"/>
        </w:rPr>
        <w:t>写真の裏</w:t>
      </w:r>
      <w:r w:rsidRPr="00DC7111">
        <w:rPr>
          <w:rFonts w:ascii="Meiryo UI" w:eastAsia="Meiryo UI" w:hAnsi="Meiryo UI" w:hint="eastAsia"/>
          <w:b/>
          <w:lang w:eastAsia="ja-JP"/>
        </w:rPr>
        <w:t>右下</w:t>
      </w:r>
      <w:r w:rsidRPr="00DC7111">
        <w:rPr>
          <w:rFonts w:ascii="Meiryo UI" w:eastAsia="Meiryo UI" w:hAnsi="Meiryo UI"/>
          <w:b/>
          <w:lang w:eastAsia="ja-JP"/>
        </w:rPr>
        <w:t>に、作品を傷めないよう</w:t>
      </w:r>
      <w:r w:rsidR="00272CDF" w:rsidRPr="00DC7111">
        <w:rPr>
          <w:rFonts w:ascii="Meiryo UI" w:eastAsia="Meiryo UI" w:hAnsi="Meiryo UI" w:hint="eastAsia"/>
          <w:b/>
          <w:lang w:eastAsia="ja-JP"/>
        </w:rPr>
        <w:t>、柔らかい鉛筆（２B以上）で</w:t>
      </w:r>
      <w:r w:rsidRPr="00DC7111">
        <w:rPr>
          <w:rFonts w:ascii="Meiryo UI" w:eastAsia="Meiryo UI" w:hAnsi="Meiryo UI"/>
          <w:b/>
          <w:lang w:eastAsia="ja-JP"/>
        </w:rPr>
        <w:t>作品名を記載してください。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1586"/>
        <w:gridCol w:w="3511"/>
        <w:gridCol w:w="1586"/>
        <w:gridCol w:w="3511"/>
      </w:tblGrid>
      <w:tr w:rsidR="00305E18" w:rsidRPr="00DC7111" w14:paraId="622319F9" w14:textId="77777777" w:rsidTr="008A6200">
        <w:trPr>
          <w:trHeight w:val="1189"/>
        </w:trPr>
        <w:tc>
          <w:tcPr>
            <w:tcW w:w="1587" w:type="dxa"/>
            <w:shd w:val="clear" w:color="auto" w:fill="EDEDED"/>
            <w:vAlign w:val="center"/>
          </w:tcPr>
          <w:p w14:paraId="62D99F7B" w14:textId="77777777" w:rsidR="00305E18" w:rsidRPr="00DC7111" w:rsidRDefault="00C76B0E">
            <w:pPr>
              <w:rPr>
                <w:rFonts w:ascii="Meiryo UI" w:eastAsia="Meiryo UI" w:hAnsi="Meiryo UI"/>
              </w:rPr>
            </w:pPr>
            <w:proofErr w:type="spellStart"/>
            <w:r w:rsidRPr="00DC7111">
              <w:rPr>
                <w:rFonts w:ascii="Meiryo UI" w:eastAsia="Meiryo UI" w:hAnsi="Meiryo UI"/>
                <w:b/>
              </w:rPr>
              <w:t>フリガナ</w:t>
            </w:r>
            <w:proofErr w:type="spellEnd"/>
            <w:r w:rsidRPr="00DC7111">
              <w:rPr>
                <w:rFonts w:ascii="Meiryo UI" w:eastAsia="Meiryo UI" w:hAnsi="Meiryo UI"/>
                <w:b/>
              </w:rPr>
              <w:br/>
            </w:r>
            <w:proofErr w:type="spellStart"/>
            <w:r w:rsidRPr="00DC7111">
              <w:rPr>
                <w:rFonts w:ascii="Meiryo UI" w:eastAsia="Meiryo UI" w:hAnsi="Meiryo UI"/>
                <w:b/>
              </w:rPr>
              <w:t>氏名</w:t>
            </w:r>
            <w:proofErr w:type="spellEnd"/>
          </w:p>
        </w:tc>
        <w:tc>
          <w:tcPr>
            <w:tcW w:w="3515" w:type="dxa"/>
            <w:vAlign w:val="center"/>
          </w:tcPr>
          <w:p w14:paraId="58CCC916" w14:textId="77777777" w:rsidR="00305E18" w:rsidRDefault="00305E18">
            <w:pPr>
              <w:rPr>
                <w:rFonts w:ascii="Meiryo UI" w:eastAsia="Meiryo UI" w:hAnsi="Meiryo UI"/>
                <w:lang w:eastAsia="ja-JP"/>
              </w:rPr>
            </w:pPr>
          </w:p>
          <w:p w14:paraId="37D9267B" w14:textId="77777777" w:rsidR="008A6200" w:rsidRDefault="008A6200">
            <w:pPr>
              <w:rPr>
                <w:rFonts w:ascii="Meiryo UI" w:eastAsia="Meiryo UI" w:hAnsi="Meiryo UI"/>
                <w:lang w:eastAsia="ja-JP"/>
              </w:rPr>
            </w:pPr>
          </w:p>
          <w:p w14:paraId="51C82AD8" w14:textId="77777777" w:rsidR="008A6200" w:rsidRPr="00DC7111" w:rsidRDefault="008A6200">
            <w:pPr>
              <w:rPr>
                <w:rFonts w:ascii="Meiryo UI" w:eastAsia="Meiryo UI" w:hAnsi="Meiryo UI"/>
                <w:lang w:eastAsia="ja-JP"/>
              </w:rPr>
            </w:pPr>
          </w:p>
        </w:tc>
        <w:tc>
          <w:tcPr>
            <w:tcW w:w="1587" w:type="dxa"/>
            <w:shd w:val="clear" w:color="auto" w:fill="EDEDED"/>
            <w:vAlign w:val="center"/>
          </w:tcPr>
          <w:p w14:paraId="07206F4C" w14:textId="77777777" w:rsidR="00305E18" w:rsidRPr="00DC7111" w:rsidRDefault="00C76B0E">
            <w:pPr>
              <w:rPr>
                <w:rFonts w:ascii="Meiryo UI" w:eastAsia="Meiryo UI" w:hAnsi="Meiryo UI"/>
              </w:rPr>
            </w:pPr>
            <w:proofErr w:type="spellStart"/>
            <w:r w:rsidRPr="00DC7111">
              <w:rPr>
                <w:rFonts w:ascii="Meiryo UI" w:eastAsia="Meiryo UI" w:hAnsi="Meiryo UI"/>
                <w:b/>
              </w:rPr>
              <w:t>フリガナ</w:t>
            </w:r>
            <w:proofErr w:type="spellEnd"/>
            <w:r w:rsidRPr="00DC7111">
              <w:rPr>
                <w:rFonts w:ascii="Meiryo UI" w:eastAsia="Meiryo UI" w:hAnsi="Meiryo UI"/>
                <w:b/>
              </w:rPr>
              <w:br/>
            </w:r>
            <w:proofErr w:type="spellStart"/>
            <w:r w:rsidRPr="00DC7111">
              <w:rPr>
                <w:rFonts w:ascii="Meiryo UI" w:eastAsia="Meiryo UI" w:hAnsi="Meiryo UI"/>
                <w:b/>
              </w:rPr>
              <w:t>作品名</w:t>
            </w:r>
            <w:proofErr w:type="spellEnd"/>
          </w:p>
        </w:tc>
        <w:tc>
          <w:tcPr>
            <w:tcW w:w="3515" w:type="dxa"/>
            <w:vAlign w:val="center"/>
          </w:tcPr>
          <w:p w14:paraId="025A6D63" w14:textId="77777777" w:rsidR="00305E18" w:rsidRPr="00DC7111" w:rsidRDefault="00305E18">
            <w:pPr>
              <w:rPr>
                <w:rFonts w:ascii="Meiryo UI" w:eastAsia="Meiryo UI" w:hAnsi="Meiryo UI"/>
              </w:rPr>
            </w:pPr>
          </w:p>
        </w:tc>
      </w:tr>
      <w:tr w:rsidR="00305E18" w:rsidRPr="00DC7111" w14:paraId="0CA2E355" w14:textId="77777777" w:rsidTr="008A6200">
        <w:trPr>
          <w:trHeight w:val="1189"/>
        </w:trPr>
        <w:tc>
          <w:tcPr>
            <w:tcW w:w="1587" w:type="dxa"/>
            <w:shd w:val="clear" w:color="auto" w:fill="EDEDED"/>
            <w:vAlign w:val="center"/>
          </w:tcPr>
          <w:p w14:paraId="303D40AE" w14:textId="77777777" w:rsidR="008A6200" w:rsidRDefault="00980D0C">
            <w:pPr>
              <w:rPr>
                <w:rFonts w:ascii="Meiryo UI" w:eastAsia="Meiryo UI" w:hAnsi="Meiryo UI"/>
                <w:b/>
                <w:lang w:eastAsia="ja-JP"/>
              </w:rPr>
            </w:pPr>
            <w:r w:rsidRPr="00DC7111">
              <w:rPr>
                <w:rFonts w:ascii="Meiryo UI" w:eastAsia="Meiryo UI" w:hAnsi="Meiryo UI" w:hint="eastAsia"/>
                <w:b/>
                <w:lang w:eastAsia="ja-JP"/>
              </w:rPr>
              <w:t>発表用</w:t>
            </w:r>
          </w:p>
          <w:p w14:paraId="77A84956" w14:textId="1033D9F5" w:rsidR="00305E18" w:rsidRPr="00DC7111" w:rsidRDefault="00980D0C">
            <w:pPr>
              <w:rPr>
                <w:rFonts w:ascii="Meiryo UI" w:eastAsia="Meiryo UI" w:hAnsi="Meiryo UI"/>
                <w:lang w:eastAsia="ja-JP"/>
              </w:rPr>
            </w:pPr>
            <w:r w:rsidRPr="00DC7111">
              <w:rPr>
                <w:rFonts w:ascii="Meiryo UI" w:eastAsia="Meiryo UI" w:hAnsi="Meiryo UI" w:hint="eastAsia"/>
                <w:b/>
                <w:lang w:eastAsia="ja-JP"/>
              </w:rPr>
              <w:t>ニックネーム</w:t>
            </w:r>
          </w:p>
        </w:tc>
        <w:tc>
          <w:tcPr>
            <w:tcW w:w="3515" w:type="dxa"/>
            <w:vAlign w:val="center"/>
          </w:tcPr>
          <w:p w14:paraId="15C58359" w14:textId="644A7018" w:rsidR="00305E18" w:rsidRPr="00DC7111" w:rsidRDefault="00B85543">
            <w:pPr>
              <w:rPr>
                <w:rFonts w:ascii="Meiryo UI" w:eastAsia="Meiryo UI" w:hAnsi="Meiryo UI"/>
                <w:sz w:val="14"/>
                <w:szCs w:val="14"/>
                <w:lang w:eastAsia="ja-JP"/>
              </w:rPr>
            </w:pPr>
            <w:r>
              <w:rPr>
                <w:rFonts w:ascii="Meiryo UI" w:eastAsia="Meiryo UI" w:hAnsi="Meiryo UI" w:hint="eastAsia"/>
                <w:sz w:val="14"/>
                <w:szCs w:val="14"/>
                <w:lang w:eastAsia="ja-JP"/>
              </w:rPr>
              <w:t>※</w:t>
            </w:r>
            <w:r w:rsidR="00980D0C" w:rsidRPr="00DC7111">
              <w:rPr>
                <w:rFonts w:ascii="Meiryo UI" w:eastAsia="Meiryo UI" w:hAnsi="Meiryo UI" w:hint="eastAsia"/>
                <w:sz w:val="14"/>
                <w:szCs w:val="14"/>
                <w:lang w:eastAsia="ja-JP"/>
              </w:rPr>
              <w:t>受賞時の発表に使用します。未記入の場合は氏名で発表します。</w:t>
            </w:r>
          </w:p>
          <w:p w14:paraId="7B8D8B28" w14:textId="77777777" w:rsidR="00272CDF" w:rsidRPr="00DC7111" w:rsidRDefault="00272CDF">
            <w:pPr>
              <w:rPr>
                <w:rFonts w:ascii="Meiryo UI" w:eastAsia="Meiryo UI" w:hAnsi="Meiryo UI"/>
                <w:sz w:val="16"/>
                <w:szCs w:val="16"/>
                <w:lang w:eastAsia="ja-JP"/>
              </w:rPr>
            </w:pPr>
          </w:p>
          <w:p w14:paraId="0E125DF5" w14:textId="77777777" w:rsidR="00980D0C" w:rsidRPr="00DC7111" w:rsidRDefault="00980D0C">
            <w:pPr>
              <w:rPr>
                <w:rFonts w:ascii="Meiryo UI" w:eastAsia="Meiryo UI" w:hAnsi="Meiryo UI"/>
                <w:sz w:val="16"/>
                <w:szCs w:val="16"/>
                <w:lang w:eastAsia="ja-JP"/>
              </w:rPr>
            </w:pPr>
          </w:p>
        </w:tc>
        <w:tc>
          <w:tcPr>
            <w:tcW w:w="1587" w:type="dxa"/>
            <w:shd w:val="clear" w:color="auto" w:fill="EDEDED"/>
            <w:vAlign w:val="center"/>
          </w:tcPr>
          <w:p w14:paraId="71AB4144" w14:textId="54D1B434" w:rsidR="00305E18" w:rsidRPr="00C83C7C" w:rsidRDefault="00C83C7C">
            <w:pPr>
              <w:rPr>
                <w:rFonts w:ascii="Meiryo UI" w:eastAsia="Meiryo UI" w:hAnsi="Meiryo UI"/>
                <w:b/>
                <w:lang w:eastAsia="ja-JP"/>
              </w:rPr>
            </w:pPr>
            <w:proofErr w:type="spellStart"/>
            <w:r w:rsidRPr="00DC7111">
              <w:rPr>
                <w:rFonts w:ascii="Meiryo UI" w:eastAsia="Meiryo UI" w:hAnsi="Meiryo UI"/>
                <w:b/>
              </w:rPr>
              <w:t>住所</w:t>
            </w:r>
            <w:proofErr w:type="spellEnd"/>
          </w:p>
        </w:tc>
        <w:tc>
          <w:tcPr>
            <w:tcW w:w="3515" w:type="dxa"/>
          </w:tcPr>
          <w:p w14:paraId="70369B9E" w14:textId="77777777" w:rsidR="00C83C7C" w:rsidRDefault="00C83C7C" w:rsidP="00C83C7C">
            <w:pPr>
              <w:rPr>
                <w:rFonts w:ascii="Meiryo UI" w:eastAsia="Meiryo UI" w:hAnsi="Meiryo UI"/>
                <w:lang w:eastAsia="ja-JP"/>
              </w:rPr>
            </w:pPr>
            <w:r w:rsidRPr="00DC7111">
              <w:rPr>
                <w:rFonts w:ascii="Meiryo UI" w:eastAsia="Meiryo UI" w:hAnsi="Meiryo UI" w:hint="eastAsia"/>
                <w:lang w:eastAsia="ja-JP"/>
              </w:rPr>
              <w:t>（お住まいの市町村</w:t>
            </w:r>
            <w:r>
              <w:rPr>
                <w:rFonts w:ascii="Meiryo UI" w:eastAsia="Meiryo UI" w:hAnsi="Meiryo UI" w:hint="eastAsia"/>
                <w:lang w:eastAsia="ja-JP"/>
              </w:rPr>
              <w:t>まで</w:t>
            </w:r>
            <w:r w:rsidRPr="00DC7111">
              <w:rPr>
                <w:rFonts w:ascii="Meiryo UI" w:eastAsia="Meiryo UI" w:hAnsi="Meiryo UI" w:hint="eastAsia"/>
                <w:lang w:eastAsia="ja-JP"/>
              </w:rPr>
              <w:t>）</w:t>
            </w:r>
          </w:p>
          <w:p w14:paraId="637BD1C5" w14:textId="77777777" w:rsidR="00272CDF" w:rsidRPr="00C83C7C" w:rsidRDefault="00272CDF">
            <w:pPr>
              <w:rPr>
                <w:rFonts w:ascii="Meiryo UI" w:eastAsia="Meiryo UI" w:hAnsi="Meiryo UI"/>
                <w:sz w:val="16"/>
                <w:szCs w:val="16"/>
                <w:lang w:eastAsia="ja-JP"/>
              </w:rPr>
            </w:pPr>
          </w:p>
          <w:p w14:paraId="3B130171" w14:textId="77777777" w:rsidR="00272CDF" w:rsidRPr="00DC7111" w:rsidRDefault="00272CDF">
            <w:pPr>
              <w:rPr>
                <w:rFonts w:ascii="Meiryo UI" w:eastAsia="Meiryo UI" w:hAnsi="Meiryo UI"/>
                <w:sz w:val="16"/>
                <w:szCs w:val="16"/>
                <w:lang w:eastAsia="ja-JP"/>
              </w:rPr>
            </w:pPr>
          </w:p>
          <w:p w14:paraId="51F3AF8F" w14:textId="77777777" w:rsidR="00272CDF" w:rsidRPr="00DC7111" w:rsidRDefault="00272CDF">
            <w:pPr>
              <w:rPr>
                <w:rFonts w:ascii="Meiryo UI" w:eastAsia="Meiryo UI" w:hAnsi="Meiryo UI"/>
                <w:sz w:val="16"/>
                <w:szCs w:val="16"/>
                <w:lang w:eastAsia="ja-JP"/>
              </w:rPr>
            </w:pPr>
          </w:p>
        </w:tc>
      </w:tr>
      <w:tr w:rsidR="00C83C7C" w:rsidRPr="00DC7111" w14:paraId="13B05528" w14:textId="77777777" w:rsidTr="000C11FB">
        <w:trPr>
          <w:trHeight w:val="1189"/>
        </w:trPr>
        <w:tc>
          <w:tcPr>
            <w:tcW w:w="1587" w:type="dxa"/>
            <w:shd w:val="clear" w:color="auto" w:fill="EDEDED"/>
            <w:vAlign w:val="center"/>
          </w:tcPr>
          <w:p w14:paraId="30B81576" w14:textId="000F2494" w:rsidR="00C83C7C" w:rsidRPr="00DC7111" w:rsidRDefault="00C83C7C" w:rsidP="00C83C7C">
            <w:pPr>
              <w:rPr>
                <w:rFonts w:ascii="Meiryo UI" w:eastAsia="Meiryo UI" w:hAnsi="Meiryo UI"/>
                <w:b/>
              </w:rPr>
            </w:pPr>
            <w:proofErr w:type="spellStart"/>
            <w:r w:rsidRPr="00DC7111">
              <w:rPr>
                <w:rFonts w:ascii="Meiryo UI" w:eastAsia="Meiryo UI" w:hAnsi="Meiryo UI"/>
                <w:b/>
              </w:rPr>
              <w:t>電話番号</w:t>
            </w:r>
            <w:proofErr w:type="spellEnd"/>
          </w:p>
        </w:tc>
        <w:tc>
          <w:tcPr>
            <w:tcW w:w="3515" w:type="dxa"/>
            <w:vAlign w:val="center"/>
          </w:tcPr>
          <w:p w14:paraId="211C1315" w14:textId="77777777" w:rsidR="00C83C7C" w:rsidRPr="00DC7111" w:rsidRDefault="00C83C7C" w:rsidP="00C83C7C">
            <w:pPr>
              <w:rPr>
                <w:rFonts w:ascii="Meiryo UI" w:eastAsia="Meiryo UI" w:hAnsi="Meiryo UI"/>
                <w:sz w:val="16"/>
                <w:szCs w:val="16"/>
                <w:lang w:eastAsia="ja-JP"/>
              </w:rPr>
            </w:pPr>
          </w:p>
        </w:tc>
        <w:tc>
          <w:tcPr>
            <w:tcW w:w="1587" w:type="dxa"/>
            <w:shd w:val="clear" w:color="auto" w:fill="EDEDED"/>
            <w:vAlign w:val="center"/>
          </w:tcPr>
          <w:p w14:paraId="4D14C8FC" w14:textId="5FFAF4DD" w:rsidR="00C83C7C" w:rsidRPr="00DC7111" w:rsidRDefault="00C83C7C" w:rsidP="00C83C7C">
            <w:pPr>
              <w:rPr>
                <w:rFonts w:ascii="Meiryo UI" w:eastAsia="Meiryo UI" w:hAnsi="Meiryo UI"/>
                <w:b/>
              </w:rPr>
            </w:pPr>
            <w:proofErr w:type="spellStart"/>
            <w:r w:rsidRPr="00DC7111">
              <w:rPr>
                <w:rFonts w:ascii="Meiryo UI" w:eastAsia="Meiryo UI" w:hAnsi="Meiryo UI"/>
                <w:b/>
              </w:rPr>
              <w:t>メール</w:t>
            </w:r>
            <w:proofErr w:type="spellEnd"/>
          </w:p>
        </w:tc>
        <w:tc>
          <w:tcPr>
            <w:tcW w:w="3515" w:type="dxa"/>
            <w:vAlign w:val="center"/>
          </w:tcPr>
          <w:p w14:paraId="316F3E28" w14:textId="3990BDD8" w:rsidR="00C83C7C" w:rsidRPr="00DC7111" w:rsidRDefault="00C83C7C" w:rsidP="00C83C7C">
            <w:pPr>
              <w:rPr>
                <w:rFonts w:ascii="Meiryo UI" w:eastAsia="Meiryo UI" w:hAnsi="Meiryo UI"/>
              </w:rPr>
            </w:pPr>
            <w:r w:rsidRPr="00DC7111">
              <w:rPr>
                <w:rFonts w:ascii="Meiryo UI" w:eastAsia="Meiryo UI" w:hAnsi="Meiryo UI"/>
              </w:rPr>
              <w:t xml:space="preserve">　　　　　　　　　＠</w:t>
            </w:r>
          </w:p>
        </w:tc>
      </w:tr>
      <w:tr w:rsidR="00C83C7C" w:rsidRPr="00DC7111" w14:paraId="65A2A558" w14:textId="77777777" w:rsidTr="008A6200">
        <w:trPr>
          <w:trHeight w:val="1189"/>
        </w:trPr>
        <w:tc>
          <w:tcPr>
            <w:tcW w:w="1587" w:type="dxa"/>
            <w:shd w:val="clear" w:color="auto" w:fill="EDEDED"/>
            <w:vAlign w:val="center"/>
          </w:tcPr>
          <w:p w14:paraId="5FF7FA4F" w14:textId="2E1DD6B4" w:rsidR="00C83C7C" w:rsidRPr="00DC7111" w:rsidRDefault="00C83C7C" w:rsidP="00C83C7C">
            <w:pPr>
              <w:rPr>
                <w:rFonts w:ascii="Meiryo UI" w:eastAsia="Meiryo UI" w:hAnsi="Meiryo UI"/>
                <w:lang w:eastAsia="ja-JP"/>
              </w:rPr>
            </w:pPr>
            <w:proofErr w:type="spellStart"/>
            <w:r w:rsidRPr="00DC7111">
              <w:rPr>
                <w:rFonts w:ascii="Meiryo UI" w:eastAsia="Meiryo UI" w:hAnsi="Meiryo UI"/>
                <w:b/>
              </w:rPr>
              <w:t>撮影場所</w:t>
            </w:r>
            <w:proofErr w:type="spellEnd"/>
          </w:p>
        </w:tc>
        <w:tc>
          <w:tcPr>
            <w:tcW w:w="3515" w:type="dxa"/>
          </w:tcPr>
          <w:p w14:paraId="393A17B8" w14:textId="77777777" w:rsidR="00C83C7C" w:rsidRPr="00DC7111" w:rsidRDefault="00C83C7C" w:rsidP="00C83C7C">
            <w:pPr>
              <w:rPr>
                <w:rFonts w:ascii="Meiryo UI" w:eastAsia="Meiryo UI" w:hAnsi="Meiryo UI"/>
                <w:sz w:val="16"/>
                <w:szCs w:val="16"/>
                <w:lang w:eastAsia="ja-JP"/>
              </w:rPr>
            </w:pPr>
            <w:r w:rsidRPr="00DC7111">
              <w:rPr>
                <w:rFonts w:ascii="Meiryo UI" w:eastAsia="Meiryo UI" w:hAnsi="Meiryo UI"/>
                <w:sz w:val="16"/>
                <w:szCs w:val="16"/>
                <w:lang w:eastAsia="ja-JP"/>
              </w:rPr>
              <w:t>※できる限り詳細にご記入ください</w:t>
            </w:r>
          </w:p>
          <w:p w14:paraId="14C69A96" w14:textId="77777777" w:rsidR="00C83C7C" w:rsidRPr="00C83C7C" w:rsidRDefault="00C83C7C" w:rsidP="00C83C7C">
            <w:pPr>
              <w:rPr>
                <w:rFonts w:ascii="Meiryo UI" w:eastAsia="Meiryo UI" w:hAnsi="Meiryo UI"/>
                <w:lang w:eastAsia="ja-JP"/>
              </w:rPr>
            </w:pPr>
          </w:p>
          <w:p w14:paraId="07E040E5" w14:textId="77777777" w:rsidR="00C83C7C" w:rsidRDefault="00C83C7C" w:rsidP="00C83C7C">
            <w:pPr>
              <w:rPr>
                <w:rFonts w:ascii="Meiryo UI" w:eastAsia="Meiryo UI" w:hAnsi="Meiryo UI"/>
                <w:lang w:eastAsia="ja-JP"/>
              </w:rPr>
            </w:pPr>
          </w:p>
          <w:p w14:paraId="474A9F03" w14:textId="41956D56" w:rsidR="00C83C7C" w:rsidRPr="00DC7111" w:rsidRDefault="00C83C7C" w:rsidP="00C83C7C">
            <w:pPr>
              <w:rPr>
                <w:rFonts w:ascii="Meiryo UI" w:eastAsia="Meiryo UI" w:hAnsi="Meiryo UI"/>
                <w:lang w:eastAsia="ja-JP"/>
              </w:rPr>
            </w:pPr>
          </w:p>
        </w:tc>
        <w:tc>
          <w:tcPr>
            <w:tcW w:w="1587" w:type="dxa"/>
            <w:shd w:val="clear" w:color="auto" w:fill="EDEDED"/>
            <w:vAlign w:val="center"/>
          </w:tcPr>
          <w:p w14:paraId="14C308AA" w14:textId="77777777" w:rsidR="00C83C7C" w:rsidRPr="00DC7111" w:rsidRDefault="00C83C7C" w:rsidP="00C83C7C">
            <w:pPr>
              <w:rPr>
                <w:rFonts w:ascii="Meiryo UI" w:eastAsia="Meiryo UI" w:hAnsi="Meiryo UI"/>
              </w:rPr>
            </w:pPr>
            <w:proofErr w:type="spellStart"/>
            <w:r w:rsidRPr="00DC7111">
              <w:rPr>
                <w:rFonts w:ascii="Meiryo UI" w:eastAsia="Meiryo UI" w:hAnsi="Meiryo UI"/>
                <w:b/>
              </w:rPr>
              <w:t>撮影年月日</w:t>
            </w:r>
            <w:proofErr w:type="spellEnd"/>
          </w:p>
        </w:tc>
        <w:tc>
          <w:tcPr>
            <w:tcW w:w="3515" w:type="dxa"/>
            <w:vAlign w:val="center"/>
          </w:tcPr>
          <w:p w14:paraId="19301BAE" w14:textId="77777777" w:rsidR="00C83C7C" w:rsidRPr="00DC7111" w:rsidRDefault="00C83C7C" w:rsidP="00C83C7C">
            <w:pPr>
              <w:rPr>
                <w:rFonts w:ascii="Meiryo UI" w:eastAsia="Meiryo UI" w:hAnsi="Meiryo UI"/>
              </w:rPr>
            </w:pPr>
            <w:proofErr w:type="gramStart"/>
            <w:r w:rsidRPr="00DC7111">
              <w:rPr>
                <w:rFonts w:ascii="Meiryo UI" w:eastAsia="Meiryo UI" w:hAnsi="Meiryo UI"/>
              </w:rPr>
              <w:t>令和　　年</w:t>
            </w:r>
            <w:proofErr w:type="gramEnd"/>
            <w:r w:rsidRPr="00DC7111">
              <w:rPr>
                <w:rFonts w:ascii="Meiryo UI" w:eastAsia="Meiryo UI" w:hAnsi="Meiryo UI"/>
              </w:rPr>
              <w:t xml:space="preserve">　　</w:t>
            </w:r>
            <w:proofErr w:type="gramStart"/>
            <w:r w:rsidRPr="00DC7111">
              <w:rPr>
                <w:rFonts w:ascii="Meiryo UI" w:eastAsia="Meiryo UI" w:hAnsi="Meiryo UI"/>
              </w:rPr>
              <w:t>月　　日</w:t>
            </w:r>
            <w:proofErr w:type="gramEnd"/>
          </w:p>
        </w:tc>
      </w:tr>
      <w:tr w:rsidR="00C83C7C" w:rsidRPr="00DC7111" w14:paraId="187541AE" w14:textId="77777777" w:rsidTr="008A6200">
        <w:trPr>
          <w:trHeight w:val="1189"/>
        </w:trPr>
        <w:tc>
          <w:tcPr>
            <w:tcW w:w="1587" w:type="dxa"/>
            <w:shd w:val="clear" w:color="auto" w:fill="EDEDED"/>
            <w:vAlign w:val="center"/>
          </w:tcPr>
          <w:p w14:paraId="32B386CA" w14:textId="713C4A7F" w:rsidR="00C83C7C" w:rsidRPr="00DC7111" w:rsidRDefault="00FC4F9D" w:rsidP="00C83C7C">
            <w:pPr>
              <w:rPr>
                <w:rFonts w:ascii="Meiryo UI" w:eastAsia="Meiryo UI" w:hAnsi="Meiryo UI"/>
              </w:rPr>
            </w:pPr>
            <w:r w:rsidRPr="00FC4F9D">
              <w:rPr>
                <w:rFonts w:ascii="Meiryo UI" w:eastAsia="Meiryo UI" w:hAnsi="Meiryo UI" w:hint="eastAsia"/>
                <w:b/>
              </w:rPr>
              <w:t>使用機材</w:t>
            </w:r>
          </w:p>
        </w:tc>
        <w:tc>
          <w:tcPr>
            <w:tcW w:w="3515" w:type="dxa"/>
            <w:vAlign w:val="center"/>
          </w:tcPr>
          <w:p w14:paraId="2C46D1A5" w14:textId="568D00A7" w:rsidR="00C83C7C" w:rsidRPr="00DC7111" w:rsidRDefault="00C83C7C" w:rsidP="00C83C7C">
            <w:pPr>
              <w:rPr>
                <w:rFonts w:ascii="Meiryo UI" w:eastAsia="Meiryo UI" w:hAnsi="Meiryo UI"/>
              </w:rPr>
            </w:pPr>
          </w:p>
        </w:tc>
        <w:tc>
          <w:tcPr>
            <w:tcW w:w="1587" w:type="dxa"/>
            <w:shd w:val="clear" w:color="auto" w:fill="EDEDED"/>
            <w:vAlign w:val="center"/>
          </w:tcPr>
          <w:p w14:paraId="33E56DC0" w14:textId="2D3305CF" w:rsidR="00C83C7C" w:rsidRPr="00DC7111" w:rsidRDefault="00C83C7C" w:rsidP="00C83C7C">
            <w:pPr>
              <w:rPr>
                <w:rFonts w:ascii="Meiryo UI" w:eastAsia="Meiryo UI" w:hAnsi="Meiryo UI"/>
              </w:rPr>
            </w:pPr>
            <w:proofErr w:type="spellStart"/>
            <w:r w:rsidRPr="00DC7111">
              <w:rPr>
                <w:rFonts w:ascii="Meiryo UI" w:eastAsia="Meiryo UI" w:hAnsi="Meiryo UI"/>
                <w:b/>
              </w:rPr>
              <w:t>作品の</w:t>
            </w:r>
            <w:proofErr w:type="spellEnd"/>
            <w:r w:rsidRPr="00DC7111">
              <w:rPr>
                <w:rFonts w:ascii="Meiryo UI" w:eastAsia="Meiryo UI" w:hAnsi="Meiryo UI" w:hint="eastAsia"/>
                <w:b/>
                <w:lang w:eastAsia="ja-JP"/>
              </w:rPr>
              <w:t>コメント</w:t>
            </w:r>
          </w:p>
        </w:tc>
        <w:tc>
          <w:tcPr>
            <w:tcW w:w="3515" w:type="dxa"/>
            <w:vAlign w:val="center"/>
          </w:tcPr>
          <w:p w14:paraId="03B02B2E" w14:textId="77777777" w:rsidR="00C83C7C" w:rsidRPr="00DC7111" w:rsidRDefault="00C83C7C" w:rsidP="00C83C7C">
            <w:pPr>
              <w:rPr>
                <w:rFonts w:ascii="Meiryo UI" w:eastAsia="Meiryo UI" w:hAnsi="Meiryo UI"/>
              </w:rPr>
            </w:pPr>
          </w:p>
        </w:tc>
      </w:tr>
      <w:tr w:rsidR="00C83C7C" w:rsidRPr="00DC7111" w14:paraId="60F3E36B" w14:textId="77777777" w:rsidTr="00CE6682">
        <w:trPr>
          <w:trHeight w:val="793"/>
        </w:trPr>
        <w:tc>
          <w:tcPr>
            <w:tcW w:w="1587" w:type="dxa"/>
            <w:shd w:val="clear" w:color="auto" w:fill="EDEDED"/>
            <w:vAlign w:val="center"/>
          </w:tcPr>
          <w:p w14:paraId="5DA58E62" w14:textId="77777777" w:rsidR="00C83C7C" w:rsidRDefault="00C83C7C" w:rsidP="00C83C7C">
            <w:pPr>
              <w:rPr>
                <w:rFonts w:ascii="Meiryo UI" w:eastAsia="Meiryo UI" w:hAnsi="Meiryo UI"/>
                <w:b/>
                <w:lang w:eastAsia="ja-JP"/>
              </w:rPr>
            </w:pPr>
            <w:r w:rsidRPr="00DC7111">
              <w:rPr>
                <w:rFonts w:ascii="Meiryo UI" w:eastAsia="Meiryo UI" w:hAnsi="Meiryo UI"/>
                <w:b/>
                <w:lang w:eastAsia="ja-JP"/>
              </w:rPr>
              <w:t>年齢</w:t>
            </w:r>
            <w:r>
              <w:rPr>
                <w:rFonts w:ascii="Meiryo UI" w:eastAsia="Meiryo UI" w:hAnsi="Meiryo UI" w:hint="eastAsia"/>
                <w:b/>
                <w:lang w:eastAsia="ja-JP"/>
              </w:rPr>
              <w:t>区分</w:t>
            </w:r>
          </w:p>
          <w:p w14:paraId="65656C00" w14:textId="45A341A9" w:rsidR="00C83C7C" w:rsidRPr="00DC7111" w:rsidRDefault="00C83C7C" w:rsidP="00C83C7C">
            <w:pPr>
              <w:rPr>
                <w:rFonts w:ascii="Meiryo UI" w:eastAsia="Meiryo UI" w:hAnsi="Meiryo UI"/>
                <w:lang w:eastAsia="ja-JP"/>
              </w:rPr>
            </w:pPr>
            <w:r>
              <w:rPr>
                <w:rFonts w:ascii="Meiryo UI" w:eastAsia="Meiryo UI" w:hAnsi="Meiryo UI" w:hint="eastAsia"/>
                <w:b/>
                <w:lang w:eastAsia="ja-JP"/>
              </w:rPr>
              <w:t>（チェック項目）</w:t>
            </w:r>
          </w:p>
        </w:tc>
        <w:tc>
          <w:tcPr>
            <w:tcW w:w="8617" w:type="dxa"/>
            <w:gridSpan w:val="3"/>
            <w:vAlign w:val="center"/>
          </w:tcPr>
          <w:p w14:paraId="7971C97B" w14:textId="77777777" w:rsidR="00C83C7C" w:rsidRDefault="00C83C7C" w:rsidP="00C83C7C">
            <w:pPr>
              <w:rPr>
                <w:rFonts w:ascii="Meiryo UI" w:eastAsia="Meiryo UI" w:hAnsi="Meiryo UI"/>
                <w:lang w:eastAsia="ja-JP"/>
              </w:rPr>
            </w:pPr>
          </w:p>
          <w:p w14:paraId="5D13A172" w14:textId="46B06DD1" w:rsidR="00C83C7C" w:rsidRPr="00DC7111" w:rsidRDefault="00C83C7C" w:rsidP="00C83C7C">
            <w:pPr>
              <w:rPr>
                <w:rFonts w:ascii="Meiryo UI" w:eastAsia="Meiryo UI" w:hAnsi="Meiryo UI"/>
                <w:lang w:eastAsia="ja-JP"/>
              </w:rPr>
            </w:pPr>
            <w:r w:rsidRPr="00DC7111">
              <w:rPr>
                <w:rFonts w:ascii="Meiryo UI" w:eastAsia="Meiryo UI" w:hAnsi="Meiryo UI"/>
                <w:lang w:eastAsia="ja-JP"/>
              </w:rPr>
              <w:t>□</w:t>
            </w:r>
            <w:r w:rsidRPr="00DC7111">
              <w:rPr>
                <w:rFonts w:ascii="Meiryo UI" w:eastAsia="Meiryo UI" w:hAnsi="Meiryo UI" w:hint="eastAsia"/>
                <w:lang w:eastAsia="ja-JP"/>
              </w:rPr>
              <w:t xml:space="preserve">  18歳以上</w:t>
            </w:r>
          </w:p>
          <w:p w14:paraId="55256D73" w14:textId="77777777" w:rsidR="00C83C7C" w:rsidRDefault="00C83C7C" w:rsidP="00C83C7C">
            <w:pPr>
              <w:rPr>
                <w:rFonts w:ascii="Meiryo UI" w:eastAsia="Meiryo UI" w:hAnsi="Meiryo UI"/>
                <w:lang w:eastAsia="ja-JP"/>
              </w:rPr>
            </w:pPr>
            <w:r w:rsidRPr="00DC7111">
              <w:rPr>
                <w:rFonts w:ascii="Meiryo UI" w:eastAsia="Meiryo UI" w:hAnsi="Meiryo UI"/>
                <w:lang w:eastAsia="ja-JP"/>
              </w:rPr>
              <w:t>□</w:t>
            </w:r>
            <w:r w:rsidRPr="00DC7111">
              <w:rPr>
                <w:rFonts w:ascii="Meiryo UI" w:eastAsia="Meiryo UI" w:hAnsi="Meiryo UI" w:hint="eastAsia"/>
                <w:lang w:eastAsia="ja-JP"/>
              </w:rPr>
              <w:t xml:space="preserve"> </w:t>
            </w:r>
            <w:r w:rsidRPr="00DC7111">
              <w:rPr>
                <w:rFonts w:ascii="Meiryo UI" w:eastAsia="Meiryo UI" w:hAnsi="Meiryo UI"/>
                <w:lang w:eastAsia="ja-JP"/>
              </w:rPr>
              <w:t xml:space="preserve"> </w:t>
            </w:r>
            <w:r w:rsidRPr="00DC7111">
              <w:rPr>
                <w:rFonts w:ascii="Meiryo UI" w:eastAsia="Meiryo UI" w:hAnsi="Meiryo UI" w:hint="eastAsia"/>
                <w:lang w:eastAsia="ja-JP"/>
              </w:rPr>
              <w:t>18歳未満</w:t>
            </w:r>
          </w:p>
          <w:p w14:paraId="373350D3" w14:textId="0B5626FD" w:rsidR="00C83C7C" w:rsidRPr="0084759C" w:rsidRDefault="0032450C" w:rsidP="0032450C">
            <w:pPr>
              <w:spacing w:before="20"/>
              <w:rPr>
                <w:rFonts w:ascii="Meiryo UI" w:eastAsia="Meiryo UI" w:hAnsi="Meiryo UI"/>
                <w:bCs/>
                <w:sz w:val="16"/>
                <w:szCs w:val="16"/>
                <w:lang w:eastAsia="ja-JP"/>
              </w:rPr>
            </w:pPr>
            <w:r w:rsidRPr="0032450C">
              <w:rPr>
                <w:rFonts w:ascii="Meiryo UI" w:eastAsia="Meiryo UI" w:hAnsi="Meiryo UI" w:hint="eastAsia"/>
                <w:bCs/>
                <w:sz w:val="16"/>
                <w:szCs w:val="16"/>
                <w:lang w:eastAsia="ja-JP"/>
              </w:rPr>
              <w:t>※</w:t>
            </w:r>
            <w:r w:rsidRPr="0032450C">
              <w:rPr>
                <w:rFonts w:ascii="Meiryo UI" w:eastAsia="Meiryo UI" w:hAnsi="Meiryo UI"/>
                <w:bCs/>
                <w:sz w:val="16"/>
                <w:szCs w:val="16"/>
                <w:lang w:eastAsia="ja-JP"/>
              </w:rPr>
              <w:t>18歳未満の方は、保護者の同意を得た上で応募してください。未成年の方が応募された場合は、保護者の同意を得たうえで応募されたとみなします。</w:t>
            </w:r>
            <w:r w:rsidRPr="0032450C">
              <w:rPr>
                <w:rFonts w:ascii="Meiryo UI" w:eastAsia="Meiryo UI" w:hAnsi="Meiryo UI" w:hint="eastAsia"/>
                <w:bCs/>
                <w:sz w:val="16"/>
                <w:szCs w:val="16"/>
                <w:lang w:eastAsia="ja-JP"/>
              </w:rPr>
              <w:t>なお、</w:t>
            </w:r>
            <w:r w:rsidRPr="0032450C">
              <w:rPr>
                <w:rFonts w:ascii="Meiryo UI" w:eastAsia="Meiryo UI" w:hAnsi="Meiryo UI"/>
                <w:bCs/>
                <w:sz w:val="16"/>
                <w:szCs w:val="16"/>
                <w:lang w:eastAsia="ja-JP"/>
              </w:rPr>
              <w:t>18歳未満の受賞者には、賞の確定までに保護者の同意書をご提出いただきます）。</w:t>
            </w:r>
          </w:p>
          <w:p w14:paraId="7F8BF497" w14:textId="77777777" w:rsidR="00C83C7C" w:rsidRPr="0084759C" w:rsidRDefault="00C83C7C" w:rsidP="00C83C7C">
            <w:pPr>
              <w:rPr>
                <w:rFonts w:ascii="Meiryo UI" w:eastAsia="Meiryo UI" w:hAnsi="Meiryo UI"/>
                <w:lang w:eastAsia="ja-JP"/>
              </w:rPr>
            </w:pPr>
          </w:p>
          <w:p w14:paraId="3F082729" w14:textId="5DCE5222" w:rsidR="00C83C7C" w:rsidRPr="0084759C" w:rsidRDefault="00C83C7C" w:rsidP="00C83C7C">
            <w:pPr>
              <w:rPr>
                <w:rFonts w:ascii="Meiryo UI" w:eastAsia="Meiryo UI" w:hAnsi="Meiryo UI"/>
                <w:u w:val="single"/>
                <w:lang w:eastAsia="ja-JP"/>
              </w:rPr>
            </w:pPr>
            <w:r>
              <w:rPr>
                <w:rFonts w:ascii="Meiryo UI" w:eastAsia="Meiryo UI" w:hAnsi="Meiryo UI" w:hint="eastAsia"/>
                <w:lang w:eastAsia="ja-JP"/>
              </w:rPr>
              <w:t>12歳以下の方は、年齢を記載してください。キッズ賞の対象となります。</w:t>
            </w:r>
            <w:r w:rsidRPr="0084759C">
              <w:rPr>
                <w:rFonts w:ascii="Meiryo UI" w:eastAsia="Meiryo UI" w:hAnsi="Meiryo UI" w:hint="eastAsia"/>
                <w:u w:val="single"/>
                <w:lang w:eastAsia="ja-JP"/>
              </w:rPr>
              <w:t xml:space="preserve">　　　　　　　歳</w:t>
            </w:r>
          </w:p>
          <w:p w14:paraId="5F30748B" w14:textId="1F806D11" w:rsidR="00C83C7C" w:rsidRPr="00DC7111" w:rsidRDefault="00C83C7C" w:rsidP="00C83C7C">
            <w:pPr>
              <w:jc w:val="center"/>
              <w:rPr>
                <w:rFonts w:ascii="Meiryo UI" w:eastAsia="Meiryo UI" w:hAnsi="Meiryo UI"/>
              </w:rPr>
            </w:pPr>
          </w:p>
        </w:tc>
      </w:tr>
      <w:tr w:rsidR="00C83C7C" w:rsidRPr="00DC7111" w14:paraId="604CC273" w14:textId="77777777" w:rsidTr="008A6200">
        <w:trPr>
          <w:trHeight w:val="1191"/>
        </w:trPr>
        <w:tc>
          <w:tcPr>
            <w:tcW w:w="1587" w:type="dxa"/>
            <w:shd w:val="clear" w:color="auto" w:fill="EDEDED"/>
            <w:vAlign w:val="center"/>
          </w:tcPr>
          <w:p w14:paraId="0257B97E" w14:textId="77777777" w:rsidR="00C83C7C" w:rsidRDefault="00C83C7C" w:rsidP="00C83C7C">
            <w:pPr>
              <w:rPr>
                <w:rFonts w:ascii="Meiryo UI" w:eastAsia="Meiryo UI" w:hAnsi="Meiryo UI"/>
                <w:b/>
                <w:lang w:eastAsia="ja-JP"/>
              </w:rPr>
            </w:pPr>
            <w:r>
              <w:rPr>
                <w:rFonts w:ascii="Meiryo UI" w:eastAsia="Meiryo UI" w:hAnsi="Meiryo UI" w:hint="eastAsia"/>
                <w:b/>
                <w:lang w:eastAsia="ja-JP"/>
              </w:rPr>
              <w:t>撮影地の確認</w:t>
            </w:r>
          </w:p>
          <w:p w14:paraId="1A694653" w14:textId="7A73C2C1" w:rsidR="00C83C7C" w:rsidRPr="00DC7111" w:rsidRDefault="00C83C7C" w:rsidP="00C83C7C">
            <w:pPr>
              <w:rPr>
                <w:rFonts w:ascii="Meiryo UI" w:eastAsia="Meiryo UI" w:hAnsi="Meiryo UI"/>
                <w:b/>
                <w:lang w:eastAsia="ja-JP"/>
              </w:rPr>
            </w:pPr>
            <w:r>
              <w:rPr>
                <w:rFonts w:ascii="Meiryo UI" w:eastAsia="Meiryo UI" w:hAnsi="Meiryo UI" w:hint="eastAsia"/>
                <w:b/>
                <w:lang w:eastAsia="ja-JP"/>
              </w:rPr>
              <w:t>（チェック項目）</w:t>
            </w:r>
          </w:p>
        </w:tc>
        <w:tc>
          <w:tcPr>
            <w:tcW w:w="8617" w:type="dxa"/>
            <w:gridSpan w:val="3"/>
            <w:vAlign w:val="center"/>
          </w:tcPr>
          <w:p w14:paraId="0D8B2755" w14:textId="35BAFEFF" w:rsidR="00C83C7C" w:rsidRPr="0084759C" w:rsidRDefault="00430583" w:rsidP="00C83C7C">
            <w:pPr>
              <w:rPr>
                <w:rFonts w:ascii="Meiryo UI" w:eastAsia="Meiryo UI" w:hAnsi="Meiryo UI"/>
                <w:sz w:val="16"/>
                <w:szCs w:val="16"/>
                <w:lang w:eastAsia="ja-JP"/>
              </w:rPr>
            </w:pPr>
            <w:r>
              <w:rPr>
                <w:rFonts w:ascii="Meiryo UI" w:eastAsia="Meiryo UI" w:hAnsi="Meiryo UI" w:hint="eastAsia"/>
                <w:sz w:val="16"/>
                <w:szCs w:val="16"/>
                <w:lang w:eastAsia="ja-JP"/>
              </w:rPr>
              <w:t>※</w:t>
            </w:r>
            <w:r w:rsidR="00C83C7C">
              <w:rPr>
                <w:rFonts w:ascii="Meiryo UI" w:eastAsia="Meiryo UI" w:hAnsi="Meiryo UI" w:hint="eastAsia"/>
                <w:sz w:val="16"/>
                <w:szCs w:val="16"/>
                <w:lang w:eastAsia="ja-JP"/>
              </w:rPr>
              <w:t>区外から都島区を撮影した作品も対象です（例：北区から都島区を撮影）</w:t>
            </w:r>
          </w:p>
          <w:p w14:paraId="53BBA243" w14:textId="687A67A4" w:rsidR="00C83C7C" w:rsidRPr="0084759C" w:rsidRDefault="00C83C7C" w:rsidP="00C83C7C">
            <w:pPr>
              <w:rPr>
                <w:rFonts w:ascii="Meiryo UI" w:eastAsia="Meiryo UI" w:hAnsi="Meiryo UI"/>
                <w:sz w:val="16"/>
                <w:szCs w:val="16"/>
                <w:lang w:eastAsia="ja-JP"/>
              </w:rPr>
            </w:pPr>
            <w:r w:rsidRPr="00DC7111">
              <w:rPr>
                <w:rFonts w:ascii="Meiryo UI" w:eastAsia="Meiryo UI" w:hAnsi="Meiryo UI"/>
                <w:lang w:eastAsia="ja-JP"/>
              </w:rPr>
              <w:t xml:space="preserve">□ </w:t>
            </w:r>
            <w:r>
              <w:rPr>
                <w:rFonts w:ascii="Meiryo UI" w:eastAsia="Meiryo UI" w:hAnsi="Meiryo UI" w:hint="eastAsia"/>
                <w:lang w:eastAsia="ja-JP"/>
              </w:rPr>
              <w:t>応募する作品は都島区を撮影したものです。</w:t>
            </w:r>
          </w:p>
        </w:tc>
      </w:tr>
      <w:tr w:rsidR="00C83C7C" w:rsidRPr="00DC7111" w14:paraId="09A2D1B2" w14:textId="77777777" w:rsidTr="008A6200">
        <w:trPr>
          <w:trHeight w:val="1191"/>
        </w:trPr>
        <w:tc>
          <w:tcPr>
            <w:tcW w:w="1587" w:type="dxa"/>
            <w:shd w:val="clear" w:color="auto" w:fill="EDEDED"/>
            <w:vAlign w:val="center"/>
          </w:tcPr>
          <w:p w14:paraId="570C8F4E" w14:textId="77777777" w:rsidR="00C83C7C" w:rsidRDefault="00C83C7C" w:rsidP="00C83C7C">
            <w:pPr>
              <w:rPr>
                <w:rFonts w:ascii="Meiryo UI" w:eastAsia="Meiryo UI" w:hAnsi="Meiryo UI"/>
                <w:b/>
                <w:lang w:eastAsia="ja-JP"/>
              </w:rPr>
            </w:pPr>
            <w:r w:rsidRPr="00DC7111">
              <w:rPr>
                <w:rFonts w:ascii="Meiryo UI" w:eastAsia="Meiryo UI" w:hAnsi="Meiryo UI"/>
                <w:b/>
                <w:lang w:eastAsia="ja-JP"/>
              </w:rPr>
              <w:t>募集要項の確認</w:t>
            </w:r>
          </w:p>
          <w:p w14:paraId="22BD8664" w14:textId="6C1D943F" w:rsidR="00C83C7C" w:rsidRPr="00DC7111" w:rsidRDefault="00C83C7C" w:rsidP="00C83C7C">
            <w:pPr>
              <w:rPr>
                <w:rFonts w:ascii="Meiryo UI" w:eastAsia="Meiryo UI" w:hAnsi="Meiryo UI"/>
                <w:b/>
                <w:lang w:eastAsia="ja-JP"/>
              </w:rPr>
            </w:pPr>
            <w:r>
              <w:rPr>
                <w:rFonts w:ascii="Meiryo UI" w:eastAsia="Meiryo UI" w:hAnsi="Meiryo UI" w:hint="eastAsia"/>
                <w:b/>
                <w:lang w:eastAsia="ja-JP"/>
              </w:rPr>
              <w:t>（チェック項目）</w:t>
            </w:r>
          </w:p>
        </w:tc>
        <w:tc>
          <w:tcPr>
            <w:tcW w:w="8617" w:type="dxa"/>
            <w:gridSpan w:val="3"/>
            <w:vAlign w:val="center"/>
          </w:tcPr>
          <w:p w14:paraId="357314D9" w14:textId="623C2654" w:rsidR="00C83C7C" w:rsidRPr="0084759C" w:rsidRDefault="00430583" w:rsidP="00C83C7C">
            <w:pPr>
              <w:rPr>
                <w:rFonts w:ascii="Meiryo UI" w:eastAsia="Meiryo UI" w:hAnsi="Meiryo UI"/>
                <w:sz w:val="16"/>
                <w:szCs w:val="16"/>
                <w:lang w:eastAsia="ja-JP"/>
              </w:rPr>
            </w:pPr>
            <w:r>
              <w:rPr>
                <w:rFonts w:ascii="Meiryo UI" w:eastAsia="Meiryo UI" w:hAnsi="Meiryo UI" w:hint="eastAsia"/>
                <w:sz w:val="16"/>
                <w:szCs w:val="16"/>
                <w:lang w:eastAsia="ja-JP"/>
              </w:rPr>
              <w:t>※</w:t>
            </w:r>
            <w:r w:rsidR="00C83C7C" w:rsidRPr="0084759C">
              <w:rPr>
                <w:rFonts w:ascii="Meiryo UI" w:eastAsia="Meiryo UI" w:hAnsi="Meiryo UI"/>
                <w:sz w:val="16"/>
                <w:szCs w:val="16"/>
                <w:lang w:eastAsia="ja-JP"/>
              </w:rPr>
              <w:t>本コンテストへの応募をもって、本募集要項に記載する諸条件に同意いただいたものとみなします。</w:t>
            </w:r>
          </w:p>
          <w:p w14:paraId="2F026328" w14:textId="530DCFCD" w:rsidR="00C83C7C" w:rsidRPr="00DC7111" w:rsidRDefault="00C83C7C" w:rsidP="00C83C7C">
            <w:pPr>
              <w:rPr>
                <w:rFonts w:ascii="Meiryo UI" w:eastAsia="Meiryo UI" w:hAnsi="Meiryo UI"/>
                <w:lang w:eastAsia="ja-JP"/>
              </w:rPr>
            </w:pPr>
            <w:r w:rsidRPr="00DC7111">
              <w:rPr>
                <w:rFonts w:ascii="Meiryo UI" w:eastAsia="Meiryo UI" w:hAnsi="Meiryo UI"/>
              </w:rPr>
              <w:t xml:space="preserve">□ </w:t>
            </w:r>
            <w:r>
              <w:rPr>
                <w:rFonts w:ascii="Meiryo UI" w:eastAsia="Meiryo UI" w:hAnsi="Meiryo UI" w:hint="eastAsia"/>
                <w:lang w:eastAsia="ja-JP"/>
              </w:rPr>
              <w:t>募集要項</w:t>
            </w:r>
            <w:proofErr w:type="spellStart"/>
            <w:r w:rsidRPr="00DC7111">
              <w:rPr>
                <w:rFonts w:ascii="Meiryo UI" w:eastAsia="Meiryo UI" w:hAnsi="Meiryo UI"/>
              </w:rPr>
              <w:t>確認済み</w:t>
            </w:r>
            <w:proofErr w:type="spellEnd"/>
          </w:p>
        </w:tc>
      </w:tr>
    </w:tbl>
    <w:p w14:paraId="12985EF4" w14:textId="77777777" w:rsidR="0084759C" w:rsidRPr="00DC7111" w:rsidRDefault="0084759C" w:rsidP="0084759C">
      <w:pPr>
        <w:spacing w:before="20" w:after="0"/>
        <w:rPr>
          <w:rFonts w:ascii="Meiryo UI" w:eastAsia="Meiryo UI" w:hAnsi="Meiryo UI"/>
          <w:lang w:eastAsia="ja-JP"/>
        </w:rPr>
      </w:pPr>
      <w:r w:rsidRPr="00DC7111">
        <w:rPr>
          <w:rFonts w:ascii="Meiryo UI" w:eastAsia="Meiryo UI" w:hAnsi="Meiryo UI"/>
          <w:b/>
          <w:sz w:val="17"/>
          <w:lang w:eastAsia="ja-JP"/>
        </w:rPr>
        <w:t>※ 応募用紙は漏れなくご記入ください。必要事項が記載されていない場合は、審査の対象外と</w:t>
      </w:r>
      <w:r w:rsidRPr="00DC7111">
        <w:rPr>
          <w:rFonts w:ascii="Meiryo UI" w:eastAsia="Meiryo UI" w:hAnsi="Meiryo UI" w:hint="eastAsia"/>
          <w:b/>
          <w:sz w:val="17"/>
          <w:lang w:eastAsia="ja-JP"/>
        </w:rPr>
        <w:t>させていただきま</w:t>
      </w:r>
      <w:r w:rsidRPr="00DC7111">
        <w:rPr>
          <w:rFonts w:ascii="Meiryo UI" w:eastAsia="Meiryo UI" w:hAnsi="Meiryo UI"/>
          <w:b/>
          <w:sz w:val="17"/>
          <w:lang w:eastAsia="ja-JP"/>
        </w:rPr>
        <w:t>す。</w:t>
      </w:r>
    </w:p>
    <w:p w14:paraId="1527746C" w14:textId="4F31DA63" w:rsidR="00FA42F8" w:rsidRDefault="0084759C" w:rsidP="0032450C">
      <w:pPr>
        <w:spacing w:before="20" w:after="0"/>
        <w:rPr>
          <w:rFonts w:ascii="Meiryo UI" w:eastAsia="Meiryo UI" w:hAnsi="Meiryo UI"/>
          <w:b/>
          <w:sz w:val="17"/>
          <w:lang w:eastAsia="ja-JP"/>
        </w:rPr>
      </w:pPr>
      <w:r w:rsidRPr="00DC7111">
        <w:rPr>
          <w:rFonts w:ascii="Meiryo UI" w:eastAsia="Meiryo UI" w:hAnsi="Meiryo UI"/>
          <w:b/>
          <w:sz w:val="17"/>
          <w:lang w:eastAsia="ja-JP"/>
        </w:rPr>
        <w:t>※ ご提出いただいた</w:t>
      </w:r>
      <w:r w:rsidRPr="00DC7111">
        <w:rPr>
          <w:rFonts w:ascii="Meiryo UI" w:eastAsia="Meiryo UI" w:hAnsi="Meiryo UI" w:hint="eastAsia"/>
          <w:b/>
          <w:sz w:val="17"/>
          <w:lang w:eastAsia="ja-JP"/>
        </w:rPr>
        <w:t>個人情報は、大阪市の関係法令・条例等に基づき適切に管理し、本コンテストの運営（審査、ご連絡、賞の贈呈、統計処理等）に必要な範囲で使用します。</w:t>
      </w:r>
    </w:p>
    <w:p w14:paraId="08B3E66E" w14:textId="77777777" w:rsidR="00E362D3" w:rsidRPr="00DC7111" w:rsidRDefault="00E362D3" w:rsidP="0032450C">
      <w:pPr>
        <w:spacing w:before="20" w:after="0"/>
        <w:rPr>
          <w:rFonts w:ascii="Meiryo UI" w:eastAsia="Meiryo UI" w:hAnsi="Meiryo UI"/>
          <w:lang w:eastAsia="ja-JP"/>
        </w:rPr>
      </w:pPr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5097"/>
        <w:gridCol w:w="5097"/>
      </w:tblGrid>
      <w:tr w:rsidR="00305E18" w:rsidRPr="00DC7111" w14:paraId="3180BE48" w14:textId="77777777">
        <w:trPr>
          <w:trHeight w:val="453"/>
          <w:jc w:val="center"/>
        </w:trPr>
        <w:tc>
          <w:tcPr>
            <w:tcW w:w="10206" w:type="dxa"/>
            <w:gridSpan w:val="2"/>
            <w:vAlign w:val="center"/>
          </w:tcPr>
          <w:p w14:paraId="54B4A73D" w14:textId="77777777" w:rsidR="00305E18" w:rsidRPr="00DC7111" w:rsidRDefault="00C76B0E">
            <w:pPr>
              <w:rPr>
                <w:rFonts w:ascii="Meiryo UI" w:eastAsia="Meiryo UI" w:hAnsi="Meiryo UI"/>
                <w:lang w:eastAsia="ja-JP"/>
              </w:rPr>
            </w:pPr>
            <w:r w:rsidRPr="00DC7111">
              <w:rPr>
                <w:rFonts w:ascii="Meiryo UI" w:eastAsia="Meiryo UI" w:hAnsi="Meiryo UI"/>
                <w:sz w:val="16"/>
                <w:lang w:eastAsia="ja-JP"/>
              </w:rPr>
              <w:t>以下本市記入欄（記入しないでください）</w:t>
            </w:r>
          </w:p>
        </w:tc>
      </w:tr>
      <w:tr w:rsidR="00305E18" w:rsidRPr="00DC7111" w14:paraId="45618230" w14:textId="77777777">
        <w:trPr>
          <w:trHeight w:val="567"/>
          <w:jc w:val="center"/>
        </w:trPr>
        <w:tc>
          <w:tcPr>
            <w:tcW w:w="5103" w:type="dxa"/>
            <w:vAlign w:val="center"/>
          </w:tcPr>
          <w:p w14:paraId="331091F2" w14:textId="77777777" w:rsidR="00305E18" w:rsidRPr="00DC7111" w:rsidRDefault="00C76B0E">
            <w:pPr>
              <w:rPr>
                <w:rFonts w:ascii="Meiryo UI" w:eastAsia="Meiryo UI" w:hAnsi="Meiryo UI"/>
              </w:rPr>
            </w:pPr>
            <w:proofErr w:type="spellStart"/>
            <w:r w:rsidRPr="00DC7111">
              <w:rPr>
                <w:rFonts w:ascii="Meiryo UI" w:eastAsia="Meiryo UI" w:hAnsi="Meiryo UI"/>
                <w:sz w:val="16"/>
              </w:rPr>
              <w:t>受付日</w:t>
            </w:r>
            <w:proofErr w:type="spellEnd"/>
            <w:r w:rsidRPr="00DC7111">
              <w:rPr>
                <w:rFonts w:ascii="Meiryo UI" w:eastAsia="Meiryo UI" w:hAnsi="Meiryo UI"/>
                <w:sz w:val="16"/>
              </w:rPr>
              <w:t xml:space="preserve">　令和8</w:t>
            </w:r>
            <w:proofErr w:type="gramStart"/>
            <w:r w:rsidRPr="00DC7111">
              <w:rPr>
                <w:rFonts w:ascii="Meiryo UI" w:eastAsia="Meiryo UI" w:hAnsi="Meiryo UI"/>
                <w:sz w:val="16"/>
              </w:rPr>
              <w:t>年　　月</w:t>
            </w:r>
            <w:proofErr w:type="gramEnd"/>
            <w:r w:rsidRPr="00DC7111">
              <w:rPr>
                <w:rFonts w:ascii="Meiryo UI" w:eastAsia="Meiryo UI" w:hAnsi="Meiryo UI"/>
                <w:sz w:val="16"/>
              </w:rPr>
              <w:t xml:space="preserve">　　日</w:t>
            </w:r>
          </w:p>
        </w:tc>
        <w:tc>
          <w:tcPr>
            <w:tcW w:w="5103" w:type="dxa"/>
            <w:vAlign w:val="center"/>
          </w:tcPr>
          <w:p w14:paraId="1DBBB6D3" w14:textId="77777777" w:rsidR="00305E18" w:rsidRPr="00DC7111" w:rsidRDefault="00C76B0E">
            <w:pPr>
              <w:rPr>
                <w:rFonts w:ascii="Meiryo UI" w:eastAsia="Meiryo UI" w:hAnsi="Meiryo UI"/>
              </w:rPr>
            </w:pPr>
            <w:r w:rsidRPr="00DC7111">
              <w:rPr>
                <w:rFonts w:ascii="Meiryo UI" w:eastAsia="Meiryo UI" w:hAnsi="Meiryo UI"/>
                <w:sz w:val="16"/>
              </w:rPr>
              <w:t>整理番号</w:t>
            </w:r>
          </w:p>
        </w:tc>
      </w:tr>
    </w:tbl>
    <w:p w14:paraId="6308E091" w14:textId="7F7A5193" w:rsidR="00305E18" w:rsidRPr="00DC7111" w:rsidRDefault="00305E18" w:rsidP="00E362D3">
      <w:pPr>
        <w:spacing w:before="20" w:after="0"/>
        <w:rPr>
          <w:rFonts w:ascii="Meiryo UI" w:eastAsia="Meiryo UI" w:hAnsi="Meiryo UI"/>
          <w:lang w:eastAsia="ja-JP"/>
        </w:rPr>
      </w:pPr>
    </w:p>
    <w:sectPr w:rsidR="00305E18" w:rsidRPr="00DC7111" w:rsidSect="00E362D3">
      <w:pgSz w:w="11906" w:h="16838"/>
      <w:pgMar w:top="680" w:right="851" w:bottom="51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Meiryo UI"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02823046">
    <w:abstractNumId w:val="8"/>
  </w:num>
  <w:num w:numId="2" w16cid:durableId="222834471">
    <w:abstractNumId w:val="6"/>
  </w:num>
  <w:num w:numId="3" w16cid:durableId="1033458598">
    <w:abstractNumId w:val="5"/>
  </w:num>
  <w:num w:numId="4" w16cid:durableId="1890414875">
    <w:abstractNumId w:val="4"/>
  </w:num>
  <w:num w:numId="5" w16cid:durableId="647168765">
    <w:abstractNumId w:val="7"/>
  </w:num>
  <w:num w:numId="6" w16cid:durableId="971598454">
    <w:abstractNumId w:val="3"/>
  </w:num>
  <w:num w:numId="7" w16cid:durableId="956645241">
    <w:abstractNumId w:val="2"/>
  </w:num>
  <w:num w:numId="8" w16cid:durableId="359016919">
    <w:abstractNumId w:val="1"/>
  </w:num>
  <w:num w:numId="9" w16cid:durableId="95571432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2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32AD"/>
    <w:rsid w:val="00034616"/>
    <w:rsid w:val="0006063C"/>
    <w:rsid w:val="0015074B"/>
    <w:rsid w:val="00243601"/>
    <w:rsid w:val="00272CDF"/>
    <w:rsid w:val="0029639D"/>
    <w:rsid w:val="00305E18"/>
    <w:rsid w:val="0032450C"/>
    <w:rsid w:val="00326F90"/>
    <w:rsid w:val="00430583"/>
    <w:rsid w:val="0061215F"/>
    <w:rsid w:val="00790E7F"/>
    <w:rsid w:val="007B4E35"/>
    <w:rsid w:val="0084759C"/>
    <w:rsid w:val="008A6200"/>
    <w:rsid w:val="008F229A"/>
    <w:rsid w:val="00980D0C"/>
    <w:rsid w:val="009F7BEF"/>
    <w:rsid w:val="00AA1D8D"/>
    <w:rsid w:val="00B47730"/>
    <w:rsid w:val="00B85543"/>
    <w:rsid w:val="00BB05B2"/>
    <w:rsid w:val="00C76B0E"/>
    <w:rsid w:val="00C83C7C"/>
    <w:rsid w:val="00CB0664"/>
    <w:rsid w:val="00DC7111"/>
    <w:rsid w:val="00E362D3"/>
    <w:rsid w:val="00F178EE"/>
    <w:rsid w:val="00FA42F8"/>
    <w:rsid w:val="00FC4F9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0F865DA"/>
  <w14:defaultImageDpi w14:val="300"/>
  <w15:docId w15:val="{A535C400-69CA-DE42-837D-8D688EBA5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Yu Gothic" w:eastAsia="Yu Gothic" w:hAnsi="Yu Gothic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浅村 FunMake</cp:lastModifiedBy>
  <cp:revision>2</cp:revision>
  <cp:lastPrinted>2026-08-28T14:01:00Z</cp:lastPrinted>
  <dcterms:created xsi:type="dcterms:W3CDTF">2026-08-28T14:02:00Z</dcterms:created>
  <dcterms:modified xsi:type="dcterms:W3CDTF">2026-08-28T14:02:00Z</dcterms:modified>
  <cp:category/>
</cp:coreProperties>
</file>